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Plantillas para reclamar documentación</w:t>
      </w:r>
    </w:p>
    <w:p>
      <w:r>
        <w:rPr>
          <w:color w:val="56645F"/>
        </w:rPr>
        <w:t>Documentación trimestral, incidencias de nómina y documentos de alta. Cuatro escalones, en correo, WhatsApp y SMS. Sustituya lo que va entre corchetes.</w:t>
      </w:r>
    </w:p>
    <w:p>
      <w:pPr>
        <w:shd w:val="clear" w:color="auto" w:fill="FBEFB5"/>
        <w:spacing w:after="200"/>
        <w:ind w:left="113" w:right="113"/>
      </w:pPr>
      <w:r>
        <w:rPr>
          <w:sz w:val="20"/>
        </w:rPr>
        <w:t>Cómo usarlas: fije una fecha límite interna para el cliente (unos días antes del plazo oficial o del cierre de nóminas) y envíe cada escalón solo a quien todavía no ha entregado. Textos orientativos: adáptelos a su despacho y a su trato con cada cliente. Actualizado a 16/09/2026.</w:t>
      </w:r>
    </w:p>
    <w:p>
      <w:r>
        <w:br w:type="page"/>
      </w:r>
    </w:p>
    <w:p>
      <w:pPr>
        <w:pStyle w:val="Heading1"/>
      </w:pPr>
      <w:r>
        <w:t>Documentación trimestral</w:t>
      </w:r>
    </w:p>
    <w:p>
      <w:r>
        <w:t>Facturas y extractos para los modelos del trimestre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>
              <w:t>Escalón</w:t>
            </w:r>
          </w:p>
        </w:tc>
        <w:tc>
          <w:tcPr>
            <w:tcW w:type="dxa" w:w="3137"/>
          </w:tcPr>
          <w:p>
            <w:r>
              <w:t>Cuándo</w:t>
            </w:r>
          </w:p>
        </w:tc>
        <w:tc>
          <w:tcPr>
            <w:tcW w:type="dxa" w:w="3137"/>
          </w:tcPr>
          <w:p>
            <w:r>
              <w:t>Tono</w:t>
            </w:r>
          </w:p>
        </w:tc>
      </w:tr>
      <w:tr>
        <w:tc>
          <w:tcPr>
            <w:tcW w:type="dxa" w:w="3137"/>
          </w:tcPr>
          <w:p>
            <w:r>
              <w:t>Aviso</w:t>
            </w:r>
          </w:p>
        </w:tc>
        <w:tc>
          <w:tcPr>
            <w:tcW w:type="dxa" w:w="3137"/>
          </w:tcPr>
          <w:p>
            <w:r>
              <w:t>10 días antes de la fecha límite que usted fija</w:t>
            </w:r>
          </w:p>
        </w:tc>
        <w:tc>
          <w:tcPr>
            <w:tcW w:type="dxa" w:w="3137"/>
          </w:tcPr>
          <w:p>
            <w:r>
              <w:t>Informativo y concreto</w:t>
            </w:r>
          </w:p>
        </w:tc>
      </w:tr>
      <w:tr>
        <w:tc>
          <w:tcPr>
            <w:tcW w:type="dxa" w:w="3137"/>
          </w:tcPr>
          <w:p>
            <w:r>
              <w:t>Recordatorio</w:t>
            </w:r>
          </w:p>
        </w:tc>
        <w:tc>
          <w:tcPr>
            <w:tcW w:type="dxa" w:w="3137"/>
          </w:tcPr>
          <w:p>
            <w:r>
              <w:t>3 días antes de la fecha límite</w:t>
            </w:r>
          </w:p>
        </w:tc>
        <w:tc>
          <w:tcPr>
            <w:tcW w:type="dxa" w:w="3137"/>
          </w:tcPr>
          <w:p>
            <w:r>
              <w:t>Amable, con lo que falta</w:t>
            </w:r>
          </w:p>
        </w:tc>
      </w:tr>
      <w:tr>
        <w:tc>
          <w:tcPr>
            <w:tcW w:type="dxa" w:w="3137"/>
          </w:tcPr>
          <w:p>
            <w:r>
              <w:t>Urgente</w:t>
            </w:r>
          </w:p>
        </w:tc>
        <w:tc>
          <w:tcPr>
            <w:tcW w:type="dxa" w:w="3137"/>
          </w:tcPr>
          <w:p>
            <w:r>
              <w:t>El mismo día de la fecha límite</w:t>
            </w:r>
          </w:p>
        </w:tc>
        <w:tc>
          <w:tcPr>
            <w:tcW w:type="dxa" w:w="3137"/>
          </w:tcPr>
          <w:p>
            <w:r>
              <w:t>Directo, ofrece una llamada</w:t>
            </w:r>
          </w:p>
        </w:tc>
      </w:tr>
      <w:tr>
        <w:tc>
          <w:tcPr>
            <w:tcW w:type="dxa" w:w="3137"/>
          </w:tcPr>
          <w:p>
            <w:r>
              <w:t>Último aviso</w:t>
            </w:r>
          </w:p>
        </w:tc>
        <w:tc>
          <w:tcPr>
            <w:tcW w:type="dxa" w:w="3137"/>
          </w:tcPr>
          <w:p>
            <w:r>
              <w:t>2 días después, con una fecha tope 3 días después de la límite</w:t>
            </w:r>
          </w:p>
        </w:tc>
        <w:tc>
          <w:tcPr>
            <w:tcW w:type="dxa" w:w="3137"/>
          </w:tcPr>
          <w:p>
            <w:r>
              <w:t>Firme, explica la consecuencia</w:t>
            </w:r>
          </w:p>
        </w:tc>
      </w:tr>
    </w:tbl>
    <w:p>
      <w:pPr>
        <w:pStyle w:val="Heading2"/>
      </w:pPr>
      <w:r>
        <w:t>Aviso · 10 días antes de la fecha límite que usted fija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Documentación del [TRIMESTRE]: antes del [FECHA]</w:t>
      </w:r>
    </w:p>
    <w:p>
      <w:r>
        <w:t>Hola, [NOMBRE DEL CLIENTE]:</w:t>
      </w:r>
    </w:p>
    <w:p>
      <w:r>
        <w:t>Empiezo a preparar las declaraciones del trimestre. Para presentarlas con tiempo necesito, antes del [FECHA LÍMITE]:</w:t>
      </w:r>
    </w:p>
    <w:p>
      <w:r>
        <w:t>- Facturas emitidas del trimestre</w:t>
        <w:br/>
        <w:t>- Facturas recibidas y tiques de gastos</w:t>
        <w:br/>
        <w:t>- Extractos bancarios del trimestre</w:t>
      </w:r>
    </w:p>
    <w:p>
      <w:r>
        <w:t>Puede enviármelo todo desde este enlace: [ENLACE DE CARGA]</w:t>
      </w:r>
    </w:p>
    <w:p>
      <w:r>
        <w:t>Si algún documento no aplica este trimestre, dígamelo y lo marco como revisado.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Hola, [NOMBRE DEL CLIENTE]. Antes del [FECHA] necesito la documentación del [TRIMESTRE]:</w:t>
      </w:r>
    </w:p>
    <w:p>
      <w:r>
        <w:t>• Facturas emitidas del trimestre</w:t>
        <w:br/>
        <w:t>• Facturas recibidas y tiques de gastos</w:t>
        <w:br/>
        <w:t>• Extractos bancarios del trimestre</w:t>
      </w:r>
    </w:p>
    <w:p>
      <w:r>
        <w:t>Puede enviármelo todo desde este enlace: [ENLACE DE CARGA] Si algún documento no aplica este trimestre, dígamelo y lo marco como revisado.</w:t>
      </w:r>
    </w:p>
    <w:p>
      <w:r>
        <w:t>Gracias. 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Hola, [NOMBRE DEL CLIENTE]. Necesito la documentación del [TRIMESTRE] antes del [FECHA]. Enlace para enviarlo: [ENLACE DE CARGA]</w:t>
      </w:r>
    </w:p>
    <w:p>
      <w:pPr>
        <w:pStyle w:val="Heading2"/>
      </w:pPr>
      <w:r>
        <w:t>Recordatorio · 3 días antes de la fecha límite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Recordatorio: documentación del [TRIMESTRE] antes del [FECHA]</w:t>
      </w:r>
    </w:p>
    <w:p>
      <w:r>
        <w:t>Hola, [NOMBRE DEL CLIENTE]:</w:t>
      </w:r>
    </w:p>
    <w:p>
      <w:r>
        <w:t>Le recuerdo que el [FECHA LÍMITE] es la fecha que le indiqué para recibir la documentación del [TRIMESTRE]. Todavía me falta:</w:t>
      </w:r>
    </w:p>
    <w:p>
      <w:r>
        <w:t>- Facturas emitidas del trimestre</w:t>
        <w:br/>
        <w:t>- Facturas recibidas y tiques de gastos</w:t>
        <w:br/>
        <w:t>- Extractos bancarios del trimestre</w:t>
      </w:r>
    </w:p>
    <w:p>
      <w:r>
        <w:t>Puede enviármelo todo desde este enlace: [ENLACE DE CARGA]</w:t>
      </w:r>
    </w:p>
    <w:p>
      <w:r>
        <w:t>Con todo a tiempo puedo revisarlo con calma y evitar prisas de última hora.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Hola, [NOMBRE DEL CLIENTE]. Le recuerdo que el [FECHA] es la fecha para la documentación del [TRIMESTRE]. Me falta:</w:t>
      </w:r>
    </w:p>
    <w:p>
      <w:r>
        <w:t>• Facturas emitidas del trimestre</w:t>
        <w:br/>
        <w:t>• Facturas recibidas y tiques de gastos</w:t>
        <w:br/>
        <w:t>• Extractos bancarios del trimestre</w:t>
      </w:r>
    </w:p>
    <w:p>
      <w:r>
        <w:t>Puede enviármelo todo desde este enlace: [ENLACE DE CARGA]</w:t>
      </w:r>
    </w:p>
    <w:p>
      <w:r>
        <w:t>Gracias. 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Recordatorio, [NOMBRE DEL CLIENTE]: el [FECHA] es la fecha para la documentación del [TRIMESTRE]. Enlace para enviarlo: [ENLACE DE CARGA]</w:t>
      </w:r>
    </w:p>
    <w:p>
      <w:pPr>
        <w:pStyle w:val="Heading2"/>
      </w:pPr>
      <w:r>
        <w:t>Urgente · El mismo día de la fecha límite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Urgente: necesito hoy la documentación del [TRIMESTRE]</w:t>
      </w:r>
    </w:p>
    <w:p>
      <w:r>
        <w:t>Hola, [NOMBRE DEL CLIENTE]:</w:t>
      </w:r>
    </w:p>
    <w:p>
      <w:r>
        <w:t>Hoy, [FECHA LÍMITE], termina el plazo que le di para la documentación del [TRIMESTRE] y aún me falta:</w:t>
      </w:r>
    </w:p>
    <w:p>
      <w:r>
        <w:t>- Facturas emitidas del trimestre</w:t>
        <w:br/>
        <w:t>- Facturas recibidas y tiques de gastos</w:t>
        <w:br/>
        <w:t>- Extractos bancarios del trimestre</w:t>
      </w:r>
    </w:p>
    <w:p>
      <w:r>
        <w:t>Sin ella no puedo hacer el trabajo con garantías. Si le resulta más fácil, llámeme y lo resolvemos en cinco minutos.</w:t>
      </w:r>
    </w:p>
    <w:p>
      <w:r>
        <w:t>Puede enviármelo todo desde este enlace: [ENLACE DE CARGA]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Hola, [NOMBRE DEL CLIENTE]. Hoy es el último día para la documentación del [TRIMESTRE] y aún me falta:</w:t>
      </w:r>
    </w:p>
    <w:p>
      <w:r>
        <w:t>• Facturas emitidas del trimestre</w:t>
        <w:br/>
        <w:t>• Facturas recibidas y tiques de gastos</w:t>
        <w:br/>
        <w:t>• Extractos bancarios del trimestre</w:t>
      </w:r>
    </w:p>
    <w:p>
      <w:r>
        <w:t>Puede enviármelo todo desde este enlace: [ENLACE DE CARGA] Si prefiere, llámeme y lo vemos en cinco minutos.</w:t>
      </w:r>
    </w:p>
    <w:p>
      <w:r>
        <w:t>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[NOMBRE DEL CLIENTE], hoy es el último día para la documentación del [TRIMESTRE]. Enlace para enviarlo: [ENLACE DE CARGA] Si lo prefiere, llámeme.</w:t>
      </w:r>
    </w:p>
    <w:p>
      <w:pPr>
        <w:pStyle w:val="Heading2"/>
      </w:pPr>
      <w:r>
        <w:t>Último aviso · 2 días después, con una fecha tope 3 días después de la límite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Último aviso: documentación del [TRIMESTRE]</w:t>
      </w:r>
    </w:p>
    <w:p>
      <w:r>
        <w:t>Hola, [NOMBRE DEL CLIENTE]:</w:t>
      </w:r>
    </w:p>
    <w:p>
      <w:r>
        <w:t>Le he escrito varias veces por la documentación del [TRIMESTRE] y sigo sin recibir:</w:t>
      </w:r>
    </w:p>
    <w:p>
      <w:r>
        <w:t>- Facturas emitidas del trimestre</w:t>
        <w:br/>
        <w:t>- Facturas recibidas y tiques de gastos</w:t>
        <w:br/>
        <w:t>- Extractos bancarios del trimestre</w:t>
      </w:r>
    </w:p>
    <w:p>
      <w:r>
        <w:t>El plazo de Hacienda no se puede mover. Si no la tengo el [FECHA TOPE], tendré que presentar con los datos de los que dispongo o fuera de plazo, y en ese caso Hacienda puede aplicar recargos.</w:t>
      </w:r>
    </w:p>
    <w:p>
      <w:r>
        <w:t>Le pido que me confirme hoy cómo lo hacemos.</w:t>
      </w:r>
    </w:p>
    <w:p>
      <w:r>
        <w:t>Puede enviármelo todo desde este enlace: [ENLACE DE CARGA]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[NOMBRE DEL CLIENTE], último aviso por la documentación del [TRIMESTRE]. Necesito respuesta antes del [FECHA TOPE], o habrá que presentar con lo que tengo o fuera de plazo, con posible recargo.</w:t>
      </w:r>
    </w:p>
    <w:p>
      <w:r>
        <w:t>• Facturas emitidas del trimestre</w:t>
        <w:br/>
        <w:t>• Facturas recibidas y tiques de gastos</w:t>
        <w:br/>
        <w:t>• Extractos bancarios del trimestre</w:t>
      </w:r>
    </w:p>
    <w:p>
      <w:r>
        <w:t>¿Me confirma hoy cómo lo hacemos? 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Último aviso, [NOMBRE DEL CLIENTE]. Necesito la documentación del [TRIMESTRE] antes del [FECHA TOPE], o habrá que presentar con lo que tengo o fuera de plazo, con posible recargo.</w:t>
      </w:r>
    </w:p>
    <w:p>
      <w:r>
        <w:br w:type="page"/>
      </w:r>
    </w:p>
    <w:p>
      <w:pPr>
        <w:pStyle w:val="Heading1"/>
      </w:pPr>
      <w:r>
        <w:t>Incidencias de nómina</w:t>
      </w:r>
    </w:p>
    <w:p>
      <w:r>
        <w:t>Altas, bajas, horas y variables del mes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>
              <w:t>Escalón</w:t>
            </w:r>
          </w:p>
        </w:tc>
        <w:tc>
          <w:tcPr>
            <w:tcW w:type="dxa" w:w="3137"/>
          </w:tcPr>
          <w:p>
            <w:r>
              <w:t>Cuándo</w:t>
            </w:r>
          </w:p>
        </w:tc>
        <w:tc>
          <w:tcPr>
            <w:tcW w:type="dxa" w:w="3137"/>
          </w:tcPr>
          <w:p>
            <w:r>
              <w:t>Tono</w:t>
            </w:r>
          </w:p>
        </w:tc>
      </w:tr>
      <w:tr>
        <w:tc>
          <w:tcPr>
            <w:tcW w:type="dxa" w:w="3137"/>
          </w:tcPr>
          <w:p>
            <w:r>
              <w:t>Aviso</w:t>
            </w:r>
          </w:p>
        </w:tc>
        <w:tc>
          <w:tcPr>
            <w:tcW w:type="dxa" w:w="3137"/>
          </w:tcPr>
          <w:p>
            <w:r>
              <w:t>5 días antes de la fecha límite que usted fija</w:t>
            </w:r>
          </w:p>
        </w:tc>
        <w:tc>
          <w:tcPr>
            <w:tcW w:type="dxa" w:w="3137"/>
          </w:tcPr>
          <w:p>
            <w:r>
              <w:t>Informativo y concreto</w:t>
            </w:r>
          </w:p>
        </w:tc>
      </w:tr>
      <w:tr>
        <w:tc>
          <w:tcPr>
            <w:tcW w:type="dxa" w:w="3137"/>
          </w:tcPr>
          <w:p>
            <w:r>
              <w:t>Recordatorio</w:t>
            </w:r>
          </w:p>
        </w:tc>
        <w:tc>
          <w:tcPr>
            <w:tcW w:type="dxa" w:w="3137"/>
          </w:tcPr>
          <w:p>
            <w:r>
              <w:t>2 días antes de la fecha límite</w:t>
            </w:r>
          </w:p>
        </w:tc>
        <w:tc>
          <w:tcPr>
            <w:tcW w:type="dxa" w:w="3137"/>
          </w:tcPr>
          <w:p>
            <w:r>
              <w:t>Amable, con lo que falta</w:t>
            </w:r>
          </w:p>
        </w:tc>
      </w:tr>
      <w:tr>
        <w:tc>
          <w:tcPr>
            <w:tcW w:type="dxa" w:w="3137"/>
          </w:tcPr>
          <w:p>
            <w:r>
              <w:t>Urgente</w:t>
            </w:r>
          </w:p>
        </w:tc>
        <w:tc>
          <w:tcPr>
            <w:tcW w:type="dxa" w:w="3137"/>
          </w:tcPr>
          <w:p>
            <w:r>
              <w:t>El mismo día de la fecha límite</w:t>
            </w:r>
          </w:p>
        </w:tc>
        <w:tc>
          <w:tcPr>
            <w:tcW w:type="dxa" w:w="3137"/>
          </w:tcPr>
          <w:p>
            <w:r>
              <w:t>Directo, ofrece una llamada</w:t>
            </w:r>
          </w:p>
        </w:tc>
      </w:tr>
      <w:tr>
        <w:tc>
          <w:tcPr>
            <w:tcW w:type="dxa" w:w="3137"/>
          </w:tcPr>
          <w:p>
            <w:r>
              <w:t>Último aviso</w:t>
            </w:r>
          </w:p>
        </w:tc>
        <w:tc>
          <w:tcPr>
            <w:tcW w:type="dxa" w:w="3137"/>
          </w:tcPr>
          <w:p>
            <w:r>
              <w:t>1 día después, con una fecha tope 2 días después de la límite</w:t>
            </w:r>
          </w:p>
        </w:tc>
        <w:tc>
          <w:tcPr>
            <w:tcW w:type="dxa" w:w="3137"/>
          </w:tcPr>
          <w:p>
            <w:r>
              <w:t>Firme, explica la consecuencia</w:t>
            </w:r>
          </w:p>
        </w:tc>
      </w:tr>
    </w:tbl>
    <w:p>
      <w:pPr>
        <w:pStyle w:val="Heading2"/>
      </w:pPr>
      <w:r>
        <w:t>Aviso · 5 días antes de la fecha límite que usted fija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Incidencias de nómina de [MES]: antes del [FECHA]</w:t>
      </w:r>
    </w:p>
    <w:p>
      <w:r>
        <w:t>Hola, [NOMBRE DEL CLIENTE]:</w:t>
      </w:r>
    </w:p>
    <w:p>
      <w:r>
        <w:t>Voy a preparar las nóminas del mes. Para que salgan bien necesito que me confirme, antes del [FECHA LÍMITE]:</w:t>
      </w:r>
    </w:p>
    <w:p>
      <w:r>
        <w:t>- Altas y bajas de trabajadores, con su fecha</w:t>
        <w:br/>
        <w:t>- Horas extra, pluses y comisiones del mes</w:t>
        <w:br/>
        <w:t>- Bajas médicas, vacaciones y permisos</w:t>
        <w:br/>
        <w:t>- Anticipos, embargos o cambios de cuenta</w:t>
      </w:r>
    </w:p>
    <w:p>
      <w:r>
        <w:t>Puede enviármelo todo desde este enlace: [ENLACE DE CARGA]</w:t>
      </w:r>
    </w:p>
    <w:p>
      <w:r>
        <w:t>Si este mes no hay ninguna incidencia, basta con que me responda «sin incidencias».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Hola, [NOMBRE DEL CLIENTE]. Antes del [FECHA] necesito las incidencias de las nóminas de [MES]:</w:t>
      </w:r>
    </w:p>
    <w:p>
      <w:r>
        <w:t>• Altas y bajas de trabajadores, con su fecha</w:t>
        <w:br/>
        <w:t>• Horas extra, pluses y comisiones del mes</w:t>
        <w:br/>
        <w:t>• Bajas médicas, vacaciones y permisos</w:t>
        <w:br/>
        <w:t>• Anticipos, embargos o cambios de cuenta</w:t>
      </w:r>
    </w:p>
    <w:p>
      <w:r>
        <w:t>Puede enviármelo todo desde este enlace: [ENLACE DE CARGA] Si este mes no hay ninguna incidencia, basta con que me responda «sin incidencias».</w:t>
      </w:r>
    </w:p>
    <w:p>
      <w:r>
        <w:t>Gracias. 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Hola, [NOMBRE DEL CLIENTE]. Necesito las incidencias de nómina de [MES] antes del [FECHA]. Enlace para enviarlo: [ENLACE DE CARGA]</w:t>
      </w:r>
    </w:p>
    <w:p>
      <w:pPr>
        <w:pStyle w:val="Heading2"/>
      </w:pPr>
      <w:r>
        <w:t>Recordatorio · 2 días antes de la fecha límite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Recordatorio: incidencias de nómina de [MES] antes del [FECHA]</w:t>
      </w:r>
    </w:p>
    <w:p>
      <w:r>
        <w:t>Hola, [NOMBRE DEL CLIENTE]:</w:t>
      </w:r>
    </w:p>
    <w:p>
      <w:r>
        <w:t>Le recuerdo que el [FECHA LÍMITE] es la fecha que le indiqué para recibir las incidencias de las nóminas de [MES]. Todavía me falta:</w:t>
      </w:r>
    </w:p>
    <w:p>
      <w:r>
        <w:t>- Altas y bajas de trabajadores, con su fecha</w:t>
        <w:br/>
        <w:t>- Horas extra, pluses y comisiones del mes</w:t>
        <w:br/>
        <w:t>- Bajas médicas, vacaciones y permisos</w:t>
        <w:br/>
        <w:t>- Anticipos, embargos o cambios de cuenta</w:t>
      </w:r>
    </w:p>
    <w:p>
      <w:r>
        <w:t>Puede enviármelo todo desde este enlace: [ENLACE DE CARGA]</w:t>
      </w:r>
    </w:p>
    <w:p>
      <w:r>
        <w:t>Con todo a tiempo puedo revisarlo con calma y evitar prisas de última hora.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Hola, [NOMBRE DEL CLIENTE]. Le recuerdo que el [FECHA] es la fecha para las incidencias de las nóminas de [MES]. Me falta:</w:t>
      </w:r>
    </w:p>
    <w:p>
      <w:r>
        <w:t>• Altas y bajas de trabajadores, con su fecha</w:t>
        <w:br/>
        <w:t>• Horas extra, pluses y comisiones del mes</w:t>
        <w:br/>
        <w:t>• Bajas médicas, vacaciones y permisos</w:t>
        <w:br/>
        <w:t>• Anticipos, embargos o cambios de cuenta</w:t>
      </w:r>
    </w:p>
    <w:p>
      <w:r>
        <w:t>Puede enviármelo todo desde este enlace: [ENLACE DE CARGA]</w:t>
      </w:r>
    </w:p>
    <w:p>
      <w:r>
        <w:t>Gracias. 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Recordatorio, [NOMBRE DEL CLIENTE]: el [FECHA] es la fecha para las incidencias de nómina de [MES]. Enlace para enviarlo: [ENLACE DE CARGA]</w:t>
      </w:r>
    </w:p>
    <w:p>
      <w:pPr>
        <w:pStyle w:val="Heading2"/>
      </w:pPr>
      <w:r>
        <w:t>Urgente · El mismo día de la fecha límite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Urgente: necesito hoy las incidencias de las nóminas de [MES]</w:t>
      </w:r>
    </w:p>
    <w:p>
      <w:r>
        <w:t>Hola, [NOMBRE DEL CLIENTE]:</w:t>
      </w:r>
    </w:p>
    <w:p>
      <w:r>
        <w:t>Hoy, [FECHA LÍMITE], termina el plazo que le di para las incidencias de las nóminas de [MES] y aún me falta:</w:t>
      </w:r>
    </w:p>
    <w:p>
      <w:r>
        <w:t>- Altas y bajas de trabajadores, con su fecha</w:t>
        <w:br/>
        <w:t>- Horas extra, pluses y comisiones del mes</w:t>
        <w:br/>
        <w:t>- Bajas médicas, vacaciones y permisos</w:t>
        <w:br/>
        <w:t>- Anticipos, embargos o cambios de cuenta</w:t>
      </w:r>
    </w:p>
    <w:p>
      <w:r>
        <w:t>Sin ella no puedo hacer el trabajo con garantías. Si le resulta más fácil, llámeme y lo resolvemos en cinco minutos.</w:t>
      </w:r>
    </w:p>
    <w:p>
      <w:r>
        <w:t>Puede enviármelo todo desde este enlace: [ENLACE DE CARGA]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Hola, [NOMBRE DEL CLIENTE]. Hoy es el último día para las incidencias de las nóminas de [MES] y aún me falta:</w:t>
      </w:r>
    </w:p>
    <w:p>
      <w:r>
        <w:t>• Altas y bajas de trabajadores, con su fecha</w:t>
        <w:br/>
        <w:t>• Horas extra, pluses y comisiones del mes</w:t>
        <w:br/>
        <w:t>• Bajas médicas, vacaciones y permisos</w:t>
        <w:br/>
        <w:t>• Anticipos, embargos o cambios de cuenta</w:t>
      </w:r>
    </w:p>
    <w:p>
      <w:r>
        <w:t>Puede enviármelo todo desde este enlace: [ENLACE DE CARGA] Si prefiere, llámeme y lo vemos en cinco minutos.</w:t>
      </w:r>
    </w:p>
    <w:p>
      <w:r>
        <w:t>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[NOMBRE DEL CLIENTE], hoy es el último día para las incidencias de nómina de [MES]. Enlace para enviarlo: [ENLACE DE CARGA] Si lo prefiere, llámeme.</w:t>
      </w:r>
    </w:p>
    <w:p>
      <w:pPr>
        <w:pStyle w:val="Heading2"/>
      </w:pPr>
      <w:r>
        <w:t>Último aviso · 1 día después, con una fecha tope 2 días después de la límite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Último aviso: incidencias de nómina de [MES]</w:t>
      </w:r>
    </w:p>
    <w:p>
      <w:r>
        <w:t>Hola, [NOMBRE DEL CLIENTE]:</w:t>
      </w:r>
    </w:p>
    <w:p>
      <w:r>
        <w:t>Le he escrito varias veces por las incidencias de las nóminas de [MES] y sigo sin recibir:</w:t>
      </w:r>
    </w:p>
    <w:p>
      <w:r>
        <w:t>- Altas y bajas de trabajadores, con su fecha</w:t>
        <w:br/>
        <w:t>- Horas extra, pluses y comisiones del mes</w:t>
        <w:br/>
        <w:t>- Bajas médicas, vacaciones y permisos</w:t>
        <w:br/>
        <w:t>- Anticipos, embargos o cambios de cuenta</w:t>
      </w:r>
    </w:p>
    <w:p>
      <w:r>
        <w:t>Si el [FECHA TOPE] no tengo su respuesta, prepararé las nóminas con los datos del mes anterior y cualquier cambio tendrá que regularizarse en la nómina siguiente, con el trabajo que eso supone para los dos.</w:t>
      </w:r>
    </w:p>
    <w:p>
      <w:r>
        <w:t>Le pido que me confirme hoy cómo lo hacemos.</w:t>
      </w:r>
    </w:p>
    <w:p>
      <w:r>
        <w:t>Puede enviármelo todo desde este enlace: [ENLACE DE CARGA]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[NOMBRE DEL CLIENTE], último aviso por las incidencias de las nóminas de [MES]. Necesito respuesta antes del [FECHA TOPE], o saldrán con los datos del mes anterior.</w:t>
      </w:r>
    </w:p>
    <w:p>
      <w:r>
        <w:t>• Altas y bajas de trabajadores, con su fecha</w:t>
        <w:br/>
        <w:t>• Horas extra, pluses y comisiones del mes</w:t>
        <w:br/>
        <w:t>• Bajas médicas, vacaciones y permisos</w:t>
        <w:br/>
        <w:t>• Anticipos, embargos o cambios de cuenta</w:t>
      </w:r>
    </w:p>
    <w:p>
      <w:r>
        <w:t>¿Me confirma hoy cómo lo hacemos? 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Último aviso, [NOMBRE DEL CLIENTE]. Necesito las incidencias de nómina de [MES] antes del [FECHA TOPE], o saldrán con los datos del mes anterior.</w:t>
      </w:r>
    </w:p>
    <w:p>
      <w:r>
        <w:br w:type="page"/>
      </w:r>
    </w:p>
    <w:p>
      <w:pPr>
        <w:pStyle w:val="Heading1"/>
      </w:pPr>
      <w:r>
        <w:t>Documentos de alta</w:t>
      </w:r>
    </w:p>
    <w:p>
      <w:r>
        <w:t>Lo necesario para empezar a llevar un cliente nuevo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>
              <w:t>Escalón</w:t>
            </w:r>
          </w:p>
        </w:tc>
        <w:tc>
          <w:tcPr>
            <w:tcW w:type="dxa" w:w="3137"/>
          </w:tcPr>
          <w:p>
            <w:r>
              <w:t>Cuándo</w:t>
            </w:r>
          </w:p>
        </w:tc>
        <w:tc>
          <w:tcPr>
            <w:tcW w:type="dxa" w:w="3137"/>
          </w:tcPr>
          <w:p>
            <w:r>
              <w:t>Tono</w:t>
            </w:r>
          </w:p>
        </w:tc>
      </w:tr>
      <w:tr>
        <w:tc>
          <w:tcPr>
            <w:tcW w:type="dxa" w:w="3137"/>
          </w:tcPr>
          <w:p>
            <w:r>
              <w:t>Aviso</w:t>
            </w:r>
          </w:p>
        </w:tc>
        <w:tc>
          <w:tcPr>
            <w:tcW w:type="dxa" w:w="3137"/>
          </w:tcPr>
          <w:p>
            <w:r>
              <w:t>7 días antes de la fecha límite que usted fija</w:t>
            </w:r>
          </w:p>
        </w:tc>
        <w:tc>
          <w:tcPr>
            <w:tcW w:type="dxa" w:w="3137"/>
          </w:tcPr>
          <w:p>
            <w:r>
              <w:t>Informativo y concreto</w:t>
            </w:r>
          </w:p>
        </w:tc>
      </w:tr>
      <w:tr>
        <w:tc>
          <w:tcPr>
            <w:tcW w:type="dxa" w:w="3137"/>
          </w:tcPr>
          <w:p>
            <w:r>
              <w:t>Recordatorio</w:t>
            </w:r>
          </w:p>
        </w:tc>
        <w:tc>
          <w:tcPr>
            <w:tcW w:type="dxa" w:w="3137"/>
          </w:tcPr>
          <w:p>
            <w:r>
              <w:t>3 días antes de la fecha límite</w:t>
            </w:r>
          </w:p>
        </w:tc>
        <w:tc>
          <w:tcPr>
            <w:tcW w:type="dxa" w:w="3137"/>
          </w:tcPr>
          <w:p>
            <w:r>
              <w:t>Amable, con lo que falta</w:t>
            </w:r>
          </w:p>
        </w:tc>
      </w:tr>
      <w:tr>
        <w:tc>
          <w:tcPr>
            <w:tcW w:type="dxa" w:w="3137"/>
          </w:tcPr>
          <w:p>
            <w:r>
              <w:t>Urgente</w:t>
            </w:r>
          </w:p>
        </w:tc>
        <w:tc>
          <w:tcPr>
            <w:tcW w:type="dxa" w:w="3137"/>
          </w:tcPr>
          <w:p>
            <w:r>
              <w:t>El mismo día de la fecha límite</w:t>
            </w:r>
          </w:p>
        </w:tc>
        <w:tc>
          <w:tcPr>
            <w:tcW w:type="dxa" w:w="3137"/>
          </w:tcPr>
          <w:p>
            <w:r>
              <w:t>Directo, ofrece una llamada</w:t>
            </w:r>
          </w:p>
        </w:tc>
      </w:tr>
      <w:tr>
        <w:tc>
          <w:tcPr>
            <w:tcW w:type="dxa" w:w="3137"/>
          </w:tcPr>
          <w:p>
            <w:r>
              <w:t>Último aviso</w:t>
            </w:r>
          </w:p>
        </w:tc>
        <w:tc>
          <w:tcPr>
            <w:tcW w:type="dxa" w:w="3137"/>
          </w:tcPr>
          <w:p>
            <w:r>
              <w:t>2 días después, con una fecha tope 3 días después de la límite</w:t>
            </w:r>
          </w:p>
        </w:tc>
        <w:tc>
          <w:tcPr>
            <w:tcW w:type="dxa" w:w="3137"/>
          </w:tcPr>
          <w:p>
            <w:r>
              <w:t>Firme, explica la consecuencia</w:t>
            </w:r>
          </w:p>
        </w:tc>
      </w:tr>
    </w:tbl>
    <w:p>
      <w:pPr>
        <w:pStyle w:val="Heading2"/>
      </w:pPr>
      <w:r>
        <w:t>Aviso · 7 días antes de la fecha límite que usted fija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Documentación de su alta: antes del [FECHA]</w:t>
      </w:r>
    </w:p>
    <w:p>
      <w:r>
        <w:t>Hola, [NOMBRE DEL CLIENTE]:</w:t>
      </w:r>
    </w:p>
    <w:p>
      <w:r>
        <w:t>Gracias por confiar en el despacho. Para dejar su alta completa y empezar sin sorpresas necesito, antes del [FECHA LÍMITE]:</w:t>
      </w:r>
    </w:p>
    <w:p>
      <w:r>
        <w:t>- DNI o NIE (o escritura y NIF si es sociedad)</w:t>
        <w:br/>
        <w:t>- Certificado de situación censal</w:t>
        <w:br/>
        <w:t>- Certificado de titularidad de la cuenta bancaria</w:t>
        <w:br/>
        <w:t>- Últimas declaraciones presentadas</w:t>
        <w:br/>
        <w:t>- Hoja de encargo firmada</w:t>
      </w:r>
    </w:p>
    <w:p>
      <w:r>
        <w:t>Puede enviármelo todo desde este enlace: [ENLACE DE CARGA]</w:t>
      </w:r>
    </w:p>
    <w:p>
      <w:r>
        <w:t>Si tiene dudas sobre algún documento, respóndame y lo vemos.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Hola, [NOMBRE DEL CLIENTE]. Antes del [FECHA] necesito la documentación para completar su alta:</w:t>
      </w:r>
    </w:p>
    <w:p>
      <w:r>
        <w:t>• DNI o NIE (o escritura y NIF si es sociedad)</w:t>
        <w:br/>
        <w:t>• Certificado de situación censal</w:t>
        <w:br/>
        <w:t>• Certificado de titularidad de la cuenta bancaria</w:t>
        <w:br/>
        <w:t>• Últimas declaraciones presentadas</w:t>
        <w:br/>
        <w:t>• Hoja de encargo firmada</w:t>
      </w:r>
    </w:p>
    <w:p>
      <w:r>
        <w:t>Puede enviármelo todo desde este enlace: [ENLACE DE CARGA] Si tiene dudas sobre algún documento, respóndame y lo vemos.</w:t>
      </w:r>
    </w:p>
    <w:p>
      <w:r>
        <w:t>Gracias. 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Hola, [NOMBRE DEL CLIENTE]. Necesito la documentación de su alta antes del [FECHA]. Enlace para enviarlo: [ENLACE DE CARGA]</w:t>
      </w:r>
    </w:p>
    <w:p>
      <w:pPr>
        <w:pStyle w:val="Heading2"/>
      </w:pPr>
      <w:r>
        <w:t>Recordatorio · 3 días antes de la fecha límite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Recordatorio: documentación de su alta antes del [FECHA]</w:t>
      </w:r>
    </w:p>
    <w:p>
      <w:r>
        <w:t>Hola, [NOMBRE DEL CLIENTE]:</w:t>
      </w:r>
    </w:p>
    <w:p>
      <w:r>
        <w:t>Le recuerdo que el [FECHA LÍMITE] es la fecha que le indiqué para recibir la documentación para completar su alta. Todavía me falta:</w:t>
      </w:r>
    </w:p>
    <w:p>
      <w:r>
        <w:t>- DNI o NIE (o escritura y NIF si es sociedad)</w:t>
        <w:br/>
        <w:t>- Certificado de situación censal</w:t>
        <w:br/>
        <w:t>- Certificado de titularidad de la cuenta bancaria</w:t>
        <w:br/>
        <w:t>- Últimas declaraciones presentadas</w:t>
        <w:br/>
        <w:t>- Hoja de encargo firmada</w:t>
      </w:r>
    </w:p>
    <w:p>
      <w:r>
        <w:t>Puede enviármelo todo desde este enlace: [ENLACE DE CARGA]</w:t>
      </w:r>
    </w:p>
    <w:p>
      <w:r>
        <w:t>Con todo a tiempo puedo revisarlo con calma y evitar prisas de última hora.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Hola, [NOMBRE DEL CLIENTE]. Le recuerdo que el [FECHA] es la fecha para la documentación para completar su alta. Me falta:</w:t>
      </w:r>
    </w:p>
    <w:p>
      <w:r>
        <w:t>• DNI o NIE (o escritura y NIF si es sociedad)</w:t>
        <w:br/>
        <w:t>• Certificado de situación censal</w:t>
        <w:br/>
        <w:t>• Certificado de titularidad de la cuenta bancaria</w:t>
        <w:br/>
        <w:t>• Últimas declaraciones presentadas</w:t>
        <w:br/>
        <w:t>• Hoja de encargo firmada</w:t>
      </w:r>
    </w:p>
    <w:p>
      <w:r>
        <w:t>Puede enviármelo todo desde este enlace: [ENLACE DE CARGA]</w:t>
      </w:r>
    </w:p>
    <w:p>
      <w:r>
        <w:t>Gracias. 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Recordatorio, [NOMBRE DEL CLIENTE]: el [FECHA] es la fecha para la documentación de su alta. Enlace para enviarlo: [ENLACE DE CARGA]</w:t>
      </w:r>
    </w:p>
    <w:p>
      <w:pPr>
        <w:pStyle w:val="Heading2"/>
      </w:pPr>
      <w:r>
        <w:t>Urgente · El mismo día de la fecha límite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Urgente: necesito hoy la documentación para completar su alta</w:t>
      </w:r>
    </w:p>
    <w:p>
      <w:r>
        <w:t>Hola, [NOMBRE DEL CLIENTE]:</w:t>
      </w:r>
    </w:p>
    <w:p>
      <w:r>
        <w:t>Hoy, [FECHA LÍMITE], termina el plazo que le di para la documentación para completar su alta y aún me falta:</w:t>
      </w:r>
    </w:p>
    <w:p>
      <w:r>
        <w:t>- DNI o NIE (o escritura y NIF si es sociedad)</w:t>
        <w:br/>
        <w:t>- Certificado de situación censal</w:t>
        <w:br/>
        <w:t>- Certificado de titularidad de la cuenta bancaria</w:t>
        <w:br/>
        <w:t>- Últimas declaraciones presentadas</w:t>
        <w:br/>
        <w:t>- Hoja de encargo firmada</w:t>
      </w:r>
    </w:p>
    <w:p>
      <w:r>
        <w:t>Sin ella no puedo hacer el trabajo con garantías. Si le resulta más fácil, llámeme y lo resolvemos en cinco minutos.</w:t>
      </w:r>
    </w:p>
    <w:p>
      <w:r>
        <w:t>Puede enviármelo todo desde este enlace: [ENLACE DE CARGA]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Hola, [NOMBRE DEL CLIENTE]. Hoy es el último día para la documentación para completar su alta y aún me falta:</w:t>
      </w:r>
    </w:p>
    <w:p>
      <w:r>
        <w:t>• DNI o NIE (o escritura y NIF si es sociedad)</w:t>
        <w:br/>
        <w:t>• Certificado de situación censal</w:t>
        <w:br/>
        <w:t>• Certificado de titularidad de la cuenta bancaria</w:t>
        <w:br/>
        <w:t>• Últimas declaraciones presentadas</w:t>
        <w:br/>
        <w:t>• Hoja de encargo firmada</w:t>
      </w:r>
    </w:p>
    <w:p>
      <w:r>
        <w:t>Puede enviármelo todo desde este enlace: [ENLACE DE CARGA] Si prefiere, llámeme y lo vemos en cinco minutos.</w:t>
      </w:r>
    </w:p>
    <w:p>
      <w:r>
        <w:t>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[NOMBRE DEL CLIENTE], hoy es el último día para la documentación de su alta. Enlace para enviarlo: [ENLACE DE CARGA] Si lo prefiere, llámeme.</w:t>
      </w:r>
    </w:p>
    <w:p>
      <w:pPr>
        <w:pStyle w:val="Heading2"/>
      </w:pPr>
      <w:r>
        <w:t>Último aviso · 2 días después, con una fecha tope 3 días después de la límite</w:t>
      </w:r>
    </w:p>
    <w:p>
      <w:r>
        <w:rPr>
          <w:b/>
          <w:color w:val="56645F"/>
          <w:sz w:val="19"/>
        </w:rPr>
        <w:t>EMAIL</w:t>
      </w:r>
    </w:p>
    <w:p>
      <w:r>
        <w:rPr>
          <w:b/>
        </w:rPr>
        <w:t xml:space="preserve">Asunto: </w:t>
      </w:r>
      <w:r>
        <w:t>Último aviso: documentación de su alta</w:t>
      </w:r>
    </w:p>
    <w:p>
      <w:r>
        <w:t>Hola, [NOMBRE DEL CLIENTE]:</w:t>
      </w:r>
    </w:p>
    <w:p>
      <w:r>
        <w:t>Le he escrito varias veces por la documentación para completar su alta y sigo sin recibir:</w:t>
      </w:r>
    </w:p>
    <w:p>
      <w:r>
        <w:t>- DNI o NIE (o escritura y NIF si es sociedad)</w:t>
        <w:br/>
        <w:t>- Certificado de situación censal</w:t>
        <w:br/>
        <w:t>- Certificado de titularidad de la cuenta bancaria</w:t>
        <w:br/>
        <w:t>- Últimas declaraciones presentadas</w:t>
        <w:br/>
        <w:t>- Hoja de encargo firmada</w:t>
      </w:r>
    </w:p>
    <w:p>
      <w:r>
        <w:t>Si no la tengo el [FECHA TOPE], no podré empezar en la fecha prevista y los plazos que venzan antes pueden quedar fuera de lo que me da tiempo a preparar.</w:t>
      </w:r>
    </w:p>
    <w:p>
      <w:r>
        <w:t>Le pido que me confirme hoy cómo lo hacemos.</w:t>
      </w:r>
    </w:p>
    <w:p>
      <w:r>
        <w:t>Puede enviármelo todo desde este enlace: [ENLACE DE CARGA]</w:t>
      </w:r>
    </w:p>
    <w:p>
      <w:r>
        <w:t>Un saludo,</w:t>
        <w:br/>
        <w:t>[SU NOMBRE], [NOMBRE DEL DESPACHO]</w:t>
      </w:r>
    </w:p>
    <w:p>
      <w:r>
        <w:rPr>
          <w:b/>
          <w:color w:val="56645F"/>
          <w:sz w:val="19"/>
        </w:rPr>
        <w:t>WHATSAPP</w:t>
      </w:r>
    </w:p>
    <w:p>
      <w:r>
        <w:t>[NOMBRE DEL CLIENTE], último aviso por la documentación para completar su alta. Necesito respuesta antes del [FECHA TOPE], o no podré empezar en la fecha prevista.</w:t>
      </w:r>
    </w:p>
    <w:p>
      <w:r>
        <w:t>• DNI o NIE (o escritura y NIF si es sociedad)</w:t>
        <w:br/>
        <w:t>• Certificado de situación censal</w:t>
        <w:br/>
        <w:t>• Certificado de titularidad de la cuenta bancaria</w:t>
        <w:br/>
        <w:t>• Últimas declaraciones presentadas</w:t>
        <w:br/>
        <w:t>• Hoja de encargo firmada</w:t>
      </w:r>
    </w:p>
    <w:p>
      <w:r>
        <w:t>¿Me confirma hoy cómo lo hacemos? [SU NOMBRE], [NOMBRE DEL DESPACHO]</w:t>
      </w:r>
    </w:p>
    <w:p>
      <w:r>
        <w:rPr>
          <w:b/>
          <w:color w:val="56645F"/>
          <w:sz w:val="19"/>
        </w:rPr>
        <w:t>SMS</w:t>
      </w:r>
    </w:p>
    <w:p>
      <w:r>
        <w:t>[NOMBRE DEL DESPACHO]: Último aviso, [NOMBRE DEL CLIENTE]. Necesito la documentación de su alta antes del [FECHA TOPE], o no podré empezar en la fecha prevista.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45F"/>
        <w:sz w:val="17"/>
      </w:rPr>
      <w:t>Vernie Studio · verniestudio.com · Actualizado a 16/09/2026 · Modelo orientativo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 w:eastAsia="Georgia"/>
      <w:b/>
      <w:bCs/>
      <w:color w:val="123A3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 w:eastAsia="Georgia"/>
      <w:b/>
      <w:bCs/>
      <w:color w:val="123A33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 w:eastAsia="Georgia"/>
      <w:color w:val="123A3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Plantillas para reclamar documentación</dc:title>
  <dc:subject/>
  <dc:creator>Vernie Studio</dc:creator>
  <cp:keywords/>
  <dc:description>Actualizado a 16/09/2026. Modelo orientativo.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